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4E21" w14:textId="77777777" w:rsidR="00F863CE" w:rsidRDefault="00EF61B9">
      <w:pPr>
        <w:pStyle w:val="Heading1"/>
      </w:pPr>
      <w:r>
        <w:t>WARRANTY REQUEST FORM</w:t>
      </w:r>
    </w:p>
    <w:p w14:paraId="06470AE7" w14:textId="77777777" w:rsidR="00F863CE" w:rsidRDefault="00EF61B9">
      <w:r>
        <w:t>DATE: 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863CE" w14:paraId="6882A6C4" w14:textId="77777777">
        <w:tc>
          <w:tcPr>
            <w:tcW w:w="4320" w:type="dxa"/>
          </w:tcPr>
          <w:p w14:paraId="6E79FB42" w14:textId="77777777" w:rsidR="00F863CE" w:rsidRDefault="00EF61B9">
            <w:r>
              <w:t xml:space="preserve">NAME:                                                  </w:t>
            </w:r>
          </w:p>
        </w:tc>
        <w:tc>
          <w:tcPr>
            <w:tcW w:w="4320" w:type="dxa"/>
          </w:tcPr>
          <w:p w14:paraId="58A90DC8" w14:textId="77777777" w:rsidR="00F863CE" w:rsidRDefault="00EF61B9">
            <w:r>
              <w:t xml:space="preserve">HOME TELE#:                                                  </w:t>
            </w:r>
          </w:p>
        </w:tc>
      </w:tr>
      <w:tr w:rsidR="00F863CE" w14:paraId="7BE436F6" w14:textId="77777777">
        <w:tc>
          <w:tcPr>
            <w:tcW w:w="4320" w:type="dxa"/>
          </w:tcPr>
          <w:p w14:paraId="7744A9BB" w14:textId="77777777" w:rsidR="00F863CE" w:rsidRDefault="00EF61B9">
            <w:r>
              <w:t xml:space="preserve">ADDRESS:                                                  </w:t>
            </w:r>
          </w:p>
        </w:tc>
        <w:tc>
          <w:tcPr>
            <w:tcW w:w="4320" w:type="dxa"/>
          </w:tcPr>
          <w:p w14:paraId="203066CB" w14:textId="77777777" w:rsidR="00F863CE" w:rsidRDefault="00EF61B9">
            <w:r>
              <w:t xml:space="preserve">WORK TELE#:                                                  </w:t>
            </w:r>
          </w:p>
        </w:tc>
      </w:tr>
      <w:tr w:rsidR="00F863CE" w14:paraId="23B26026" w14:textId="77777777">
        <w:tc>
          <w:tcPr>
            <w:tcW w:w="4320" w:type="dxa"/>
          </w:tcPr>
          <w:p w14:paraId="7D1D6490" w14:textId="77777777" w:rsidR="00F863CE" w:rsidRDefault="00EF61B9">
            <w:r>
              <w:t xml:space="preserve">COMMUNITY:                                                  </w:t>
            </w:r>
          </w:p>
        </w:tc>
        <w:tc>
          <w:tcPr>
            <w:tcW w:w="4320" w:type="dxa"/>
          </w:tcPr>
          <w:p w14:paraId="6BA7E969" w14:textId="77777777" w:rsidR="00F863CE" w:rsidRDefault="00EF61B9">
            <w:r>
              <w:t xml:space="preserve">DATE CLOSED:                                                  </w:t>
            </w:r>
          </w:p>
        </w:tc>
      </w:tr>
      <w:tr w:rsidR="00F863CE" w14:paraId="069310FD" w14:textId="77777777">
        <w:tc>
          <w:tcPr>
            <w:tcW w:w="4320" w:type="dxa"/>
          </w:tcPr>
          <w:p w14:paraId="0D1F6727" w14:textId="77777777" w:rsidR="00F863CE" w:rsidRDefault="00EF61B9">
            <w:r>
              <w:t xml:space="preserve">E-MAIL ADDRESS:                                                  </w:t>
            </w:r>
          </w:p>
        </w:tc>
        <w:tc>
          <w:tcPr>
            <w:tcW w:w="4320" w:type="dxa"/>
          </w:tcPr>
          <w:p w14:paraId="08C4F260" w14:textId="77777777" w:rsidR="00F863CE" w:rsidRDefault="00EF61B9">
            <w:r>
              <w:t xml:space="preserve">                                                  </w:t>
            </w:r>
          </w:p>
        </w:tc>
      </w:tr>
    </w:tbl>
    <w:p w14:paraId="52FF71A8" w14:textId="77777777" w:rsidR="00F863CE" w:rsidRDefault="00EF61B9">
      <w:r>
        <w:t>HOW WILL ACCESS BE PROVIDED? (MUST BE FILLED IN)</w:t>
      </w:r>
    </w:p>
    <w:p w14:paraId="2CB81944" w14:textId="77777777" w:rsidR="00F863CE" w:rsidRDefault="00EF61B9">
      <w:r>
        <w:t>1. Leave key with Construction Manager: __________________________</w:t>
      </w:r>
    </w:p>
    <w:p w14:paraId="2DAE1A60" w14:textId="77777777" w:rsidR="00F863CE" w:rsidRDefault="00EF61B9">
      <w:r>
        <w:t>2. Will arrange to be home: ______________________________________</w:t>
      </w:r>
    </w:p>
    <w:p w14:paraId="0B369218" w14:textId="77777777" w:rsidR="00F863CE" w:rsidRDefault="00EF61B9">
      <w:r>
        <w:t>3. To be contacted: Best time ______ Person __________________ Phone # ________________</w:t>
      </w:r>
    </w:p>
    <w:p w14:paraId="478F658E" w14:textId="77777777" w:rsidR="00F863CE" w:rsidRDefault="00EF61B9">
      <w:r>
        <w:t>WARRANTABLE ITEMS:</w:t>
      </w:r>
    </w:p>
    <w:p w14:paraId="6337D353" w14:textId="77777777" w:rsidR="00F863CE" w:rsidRDefault="00EF61B9">
      <w:r>
        <w:t>1. __________________________________________________________</w:t>
      </w:r>
    </w:p>
    <w:p w14:paraId="6FB2EFB7" w14:textId="77777777" w:rsidR="00F863CE" w:rsidRDefault="00EF61B9">
      <w:r>
        <w:t>2. __________________________________________________________</w:t>
      </w:r>
    </w:p>
    <w:p w14:paraId="3EA33425" w14:textId="77777777" w:rsidR="00F863CE" w:rsidRDefault="00EF61B9">
      <w:r>
        <w:t>3. __________________________________________________________</w:t>
      </w:r>
    </w:p>
    <w:p w14:paraId="1614423D" w14:textId="77777777" w:rsidR="00F863CE" w:rsidRDefault="00EF61B9">
      <w:r>
        <w:t>4. __________________________________________________________</w:t>
      </w:r>
    </w:p>
    <w:p w14:paraId="223DECFD" w14:textId="77777777" w:rsidR="00F863CE" w:rsidRDefault="00EF61B9">
      <w:r>
        <w:t>5. __________________________________________________________</w:t>
      </w:r>
    </w:p>
    <w:p w14:paraId="3CB95CAF" w14:textId="77777777" w:rsidR="00F863CE" w:rsidRDefault="00EF61B9">
      <w:r>
        <w:t xml:space="preserve">6. </w:t>
      </w:r>
      <w:r>
        <w:t>__________________________________________________________</w:t>
      </w:r>
    </w:p>
    <w:p w14:paraId="2E2576F3" w14:textId="77777777" w:rsidR="00F863CE" w:rsidRDefault="00EF61B9">
      <w:r>
        <w:t>7. __________________________________________________________</w:t>
      </w:r>
    </w:p>
    <w:p w14:paraId="6E5105CA" w14:textId="77777777" w:rsidR="00F863CE" w:rsidRDefault="00EF61B9">
      <w:r>
        <w:br/>
        <w:t>MAIL TO:</w:t>
      </w:r>
      <w:r>
        <w:br/>
      </w:r>
      <w:r>
        <w:br/>
        <w:t>AJ REALTY GROUP</w:t>
      </w:r>
      <w:r>
        <w:br/>
        <w:t>CUSTOMER CARE DEPARTMENT</w:t>
      </w:r>
    </w:p>
    <w:sectPr w:rsidR="00F863C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4012862">
    <w:abstractNumId w:val="8"/>
  </w:num>
  <w:num w:numId="2" w16cid:durableId="1998412308">
    <w:abstractNumId w:val="6"/>
  </w:num>
  <w:num w:numId="3" w16cid:durableId="584263597">
    <w:abstractNumId w:val="5"/>
  </w:num>
  <w:num w:numId="4" w16cid:durableId="1650013010">
    <w:abstractNumId w:val="4"/>
  </w:num>
  <w:num w:numId="5" w16cid:durableId="1048997066">
    <w:abstractNumId w:val="7"/>
  </w:num>
  <w:num w:numId="6" w16cid:durableId="1222983862">
    <w:abstractNumId w:val="3"/>
  </w:num>
  <w:num w:numId="7" w16cid:durableId="281232610">
    <w:abstractNumId w:val="2"/>
  </w:num>
  <w:num w:numId="8" w16cid:durableId="1484464071">
    <w:abstractNumId w:val="1"/>
  </w:num>
  <w:num w:numId="9" w16cid:durableId="205796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F7770"/>
    <w:rsid w:val="00AA1D8D"/>
    <w:rsid w:val="00B47730"/>
    <w:rsid w:val="00CB0664"/>
    <w:rsid w:val="00EF61B9"/>
    <w:rsid w:val="00F863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8D39B6"/>
  <w14:defaultImageDpi w14:val="300"/>
  <w15:docId w15:val="{05FF4B83-48DC-4C16-AC1F-438C66A8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1091</Characters>
  <Application>Microsoft Office Word</Application>
  <DocSecurity>0</DocSecurity>
  <Lines>28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Alvina Taylor</cp:lastModifiedBy>
  <cp:revision>2</cp:revision>
  <dcterms:created xsi:type="dcterms:W3CDTF">2025-06-17T17:27:00Z</dcterms:created>
  <dcterms:modified xsi:type="dcterms:W3CDTF">2025-06-17T17:27:00Z</dcterms:modified>
  <cp:category/>
</cp:coreProperties>
</file>